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החג בתורה, במשנה ובתלמוד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מצווה מן התורה לבין מנהג שהתפתח במהלך הדורות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שורש ותבנית במילים הקשורות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זכרון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יום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על פסוקי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חכמי התלמוד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בתורה הוא נקרא 'זכרון תרועה' ו'יום תרועה'.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בעמוד.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התשליך מאוחר יותר, מימי הביניים.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מקורו בדברי חכמי התלמוד, לא בתורה.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תרועה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שורש ותבנית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(ת.ק.ע)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(ש.ל.ך)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(ז.כ.ר)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(ש.ב.ר)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(ס.ל.ח)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השכבות ההיסטוריות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מצוות השופר מופיעה בפסוקי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מנהג הסימנים מוזכר בדברי חכמי התלמוד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מנהג התשליך מתפתח בימי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מנהגים חדשים נוספים בימינו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מצווה כתובה בתורה וחובה לקיימה, כמו תקיעת שופר. מנהג התפתח מאוחר יותר ואינו חובה מהתורה, כמו אכילת סימנים.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דור הוסיף מנהגים חדשים מעל הקיימים - מצווה מהתורה, מנהג מהתלמוד, מנהג מימי הביניים ומנהגים של היום.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מצווה-מהתורה, מנהג-מאוחר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סימנים (או תשליך)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דור הוסיף שכבת מנהגים חדשה על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אילו מנהגי ראש השנה המשפחה שלכם שומרת, ומאיפה הם לדעתכם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לדיון בעל פה על השאלה הפתוחה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סעיפי ה-skip_n ולהתמקד בעובדות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זה לומדים איך ראש השנה נבנה משכבות שונות: פסוקי התורה, דברי חכמים, מנהגים עממיים ומנהגים חדשים של ימינו. כולם יחד יוצרים את המורשת החיה של החג.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שם מכונה ראש השנה בספר ויקרא?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זכרון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הדין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שם מכונה החג בספר במדבר?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תרועה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האסיף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 הזכרון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מופיע לראשונה השם 'ראש השנה'?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בנביאים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בתלמוד הבבלי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מבוססת מצוות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מנהג עממי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פסוקי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דברי חכמי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מנהג 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מקור מנהג הסימנים הוא בדברי...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הנביאים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חכמי התלמוד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ימי הביניים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בתורה החג נקרא בשם 'ראש השנה'.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מצוות השופר מבוססת על פסוקי התורה.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התשליך קדום יותר ממנהג הסימנים.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הסימנים מופיע כבר בפסוקי התורה.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בספר ויקרא נקרא החג '__________ תרועה'.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בספר במדבר נקרא החג 'יום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ה__________ מקורו בדברי חכמי התלמוד.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מנהג התשליך מקורו בימי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שורש ותבנית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תקיעה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ש.ל.ך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תשליך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ס.ל.ח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זכירה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ש.ב.ר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ת.ק.ע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סליחה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ז.כ.ר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השכבות ההיסטוריות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חדשים נוספים בימינו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התשליך מתפתח בימי הביניים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הסימנים מוזכר בדברי חכמי התלמוד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מצוות השופר מופיעה בפסוקי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מצווה מן התורה לבין מנהג, והביאו דוגמה אחת מכל סוג.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פירוש הביטוי 'שכבה על גבי שכבה' בהקשר של מורשת ראש השנה?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מצווה למנהג?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למנהג שמקורו בתלמוד.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משמעות הביטוי 'שכבה על גבי שכבה'?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