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החג בתורה, במשנה ובתלמוד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מצווה מן התורה לבין מנהג שהתפתח במהלך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שורש ותבנית במילים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זכרון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יום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פסוקי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חכמי התלמוד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בתורה הוא נקרא 'זכרון תרועה' ו'יום תרועה'.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בעמוד.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התשליך מאוחר יותר, מימי הביניים.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מקורו בדברי חכמי התלמוד, לא בתורה.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שורש ותבנית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(ת.ק.ע)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(ש.ל.ך)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(ז.כ.ר)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(ש.ב.ר)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(ס.ל.ח)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השכבות ההיסטוריות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מצוות השופר מופיעה בפסוקי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מנהג הסימנים מוזכר בדברי חכמי התלמוד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מנהג התשליך מתפתח בימי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 חדשים נוספים בימינו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מצווה כתובה בתורה וחובה לקיימה, כמו תקיעת שופר. מנהג התפתח מאוחר יותר ואינו חובה מהתורה, כמו אכילת סימנים.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דור הוסיף מנהגים חדשים מעל הקיימים - מצווה מהתורה, מנהג מהתלמוד, מנהג מימי הביניים ומנהגים של היום.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מצווה-מהתורה, מנהג-מאוחר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סימנים (או תשליך)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דור הוסיף שכבת מנהגים חדשה על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אילו מנהגי ראש השנה המשפחה שלכם שומרת, ומאיפה הם לדעתכם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לדיון בעל פה על השאלה הפתוחה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סעיפי ה-skip_n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מאיפה באו המנהגים של ראש השנה: מהתורה, מהחכמים, או מאוחר יותר. גם מתרגלים מילים מהחג.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שכתוב בתורה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הרגל שהתפתח במשך הזמן, לא כתוב בתורה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שנכתב אחרי התורה, מרכז הלכות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שנכתב אחרי המשנה, מסביר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שאוכלים בראש השנה כסמל לשנה 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ללכת למים ולהשליך פירורים כסמל לניקוי מהחטאים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ותבנית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אותיות או יותר שחוזרות (שורש) ותבנית שנותנת להן 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לחג בספר ויקרא?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זכרון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לחג בספר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הזכרון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ספר קדום מופיע השם 'ראש השנה'?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בנביאים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בתלמוד הבבלי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באה מצוות תקיעת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מנהג עממי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פסוקי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דברי חכמי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מנהג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המציא את מנהג הסימנים?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הנביאים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חכמי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בתורה החג נקרא בשם 'ראש השנה'.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מצוות השופר מבוססת על פסוקי התורה.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התשליך קדום יותר ממנהג הסימנים.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הסימנים מופיע כבר בפסוקי התורה.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 ויקרא נקרא החג '__________ תרועה'.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בספר במדבר נקרא החג 'יום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ה__________ מקורו בדברי חכמי התלמוד.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 התשליך מקורו בימי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שורש ותבנית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ס.ל.ח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ז.כ.ר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ש.ב.ר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ת.ק.ע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ש.ל.ך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השכבות ההיסטוריות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חדשים נוספים בימינו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מצוות השופר מופיעה בפסוקי 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הסימנים מוזכר בדברי חכמי התלמוד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התשליך מתפתח בימי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מצווה מן התורה לבין מנהג, והביאו דוגמה אחת מכל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'שכבה על גבי שכבה' בהקשר של מורשת ראש השנה?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מצווה למנהג?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שמקורו בתלמוד.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הביטוי 'שכבה על גבי שכבה'?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